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7C6B" w14:textId="3F2374A3" w:rsidR="00CC22D6" w:rsidRDefault="284CD625" w:rsidP="7F416678">
      <w:pPr>
        <w:jc w:val="center"/>
      </w:pPr>
      <w:r>
        <w:rPr>
          <w:noProof/>
        </w:rPr>
        <w:drawing>
          <wp:inline distT="0" distB="0" distL="0" distR="0" wp14:anchorId="7199D004" wp14:editId="00553DF2">
            <wp:extent cx="2731792" cy="934293"/>
            <wp:effectExtent l="0" t="0" r="0" b="0"/>
            <wp:docPr id="18466878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687872" name="Picture 184668787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92" cy="93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0D8C1" w14:textId="2DD52706" w:rsidR="00CC22D6" w:rsidRDefault="7F416678" w:rsidP="7F416678">
      <w:pPr>
        <w:jc w:val="center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7F416678">
        <w:rPr>
          <w:rFonts w:asciiTheme="majorHAnsi" w:eastAsiaTheme="majorEastAsia" w:hAnsiTheme="majorHAnsi" w:cstheme="majorBidi"/>
          <w:b/>
          <w:bCs/>
          <w:sz w:val="40"/>
          <w:szCs w:val="40"/>
        </w:rPr>
        <w:t>Klachtenformulier Huisartsenpraktijk SAAM</w:t>
      </w:r>
    </w:p>
    <w:p w14:paraId="7BE31F3D" w14:textId="3D34D699" w:rsidR="7F416678" w:rsidRDefault="7F416678" w:rsidP="7F416678">
      <w:pPr>
        <w:rPr>
          <w:rFonts w:asciiTheme="majorHAnsi" w:eastAsiaTheme="majorEastAsia" w:hAnsiTheme="majorHAnsi" w:cstheme="majorBidi"/>
          <w:sz w:val="28"/>
          <w:szCs w:val="28"/>
        </w:rPr>
      </w:pPr>
    </w:p>
    <w:p w14:paraId="26FC17C1" w14:textId="77777777" w:rsidR="005B0B51" w:rsidRDefault="7F416678" w:rsidP="005B0B51">
      <w:pPr>
        <w:rPr>
          <w:rFonts w:asciiTheme="majorHAnsi" w:eastAsiaTheme="majorEastAsia" w:hAnsiTheme="majorHAnsi" w:cstheme="majorBidi"/>
          <w:sz w:val="28"/>
          <w:szCs w:val="28"/>
        </w:rPr>
      </w:pP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Voornaam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 xml:space="preserve">: 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_________________________________________________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>_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Achternaam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 xml:space="preserve">: 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__________________________________________________</w:t>
      </w:r>
      <w:r w:rsidR="00000000">
        <w:br/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Geboortedatum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>: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_________________________________________________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>_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E-</w:t>
      </w: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mailadres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>: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__________________________________________________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r w:rsidR="005B0B51">
        <w:rPr>
          <w:rFonts w:asciiTheme="majorHAnsi" w:eastAsiaTheme="majorEastAsia" w:hAnsiTheme="majorHAnsi" w:cstheme="majorBidi"/>
          <w:sz w:val="28"/>
          <w:szCs w:val="28"/>
        </w:rPr>
        <w:br/>
      </w: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Telefoon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>:</w:t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="005B0B51">
        <w:rPr>
          <w:rFonts w:asciiTheme="majorHAnsi" w:eastAsiaTheme="majorEastAsia" w:hAnsiTheme="majorHAnsi" w:cstheme="majorBidi"/>
          <w:sz w:val="28"/>
          <w:szCs w:val="28"/>
        </w:rPr>
        <w:tab/>
      </w:r>
      <w:r w:rsidRPr="7F416678">
        <w:rPr>
          <w:rFonts w:asciiTheme="majorHAnsi" w:eastAsiaTheme="majorEastAsia" w:hAnsiTheme="majorHAnsi" w:cstheme="majorBidi"/>
          <w:sz w:val="28"/>
          <w:szCs w:val="28"/>
        </w:rPr>
        <w:t>__________________________________________________</w:t>
      </w:r>
    </w:p>
    <w:p w14:paraId="6F244D00" w14:textId="77777777" w:rsidR="005B0B51" w:rsidRDefault="005B0B51" w:rsidP="005B0B51">
      <w:pPr>
        <w:rPr>
          <w:rFonts w:asciiTheme="majorHAnsi" w:eastAsiaTheme="majorEastAsia" w:hAnsiTheme="majorHAnsi" w:cstheme="majorBidi"/>
          <w:sz w:val="28"/>
          <w:szCs w:val="28"/>
        </w:rPr>
      </w:pPr>
    </w:p>
    <w:p w14:paraId="5DB6ECB1" w14:textId="132C363D" w:rsidR="005B0B51" w:rsidRDefault="005B0B51" w:rsidP="005B0B51">
      <w:pPr>
        <w:rPr>
          <w:rFonts w:asciiTheme="majorHAnsi" w:eastAsiaTheme="majorEastAsia" w:hAnsiTheme="majorHAnsi" w:cstheme="majorBidi"/>
          <w:sz w:val="28"/>
          <w:szCs w:val="28"/>
        </w:rPr>
      </w:pPr>
      <w:r>
        <w:rPr>
          <w:rFonts w:asciiTheme="majorHAnsi" w:eastAsiaTheme="majorEastAsia" w:hAnsiTheme="majorHAnsi" w:cstheme="majorBidi"/>
          <w:sz w:val="28"/>
          <w:szCs w:val="28"/>
        </w:rPr>
        <w:t xml:space="preserve">Datum: </w:t>
      </w:r>
      <w:r>
        <w:rPr>
          <w:rFonts w:asciiTheme="majorHAnsi" w:eastAsiaTheme="majorEastAsia" w:hAnsiTheme="majorHAnsi" w:cstheme="majorBidi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sz w:val="28"/>
          <w:szCs w:val="28"/>
        </w:rPr>
        <w:tab/>
        <w:t>________________________</w:t>
      </w:r>
      <w:r w:rsidR="00000000">
        <w:br/>
      </w:r>
    </w:p>
    <w:p w14:paraId="30A5D8F7" w14:textId="2750B184" w:rsidR="00CC22D6" w:rsidRDefault="7F416678" w:rsidP="005B0B51">
      <w:pPr>
        <w:rPr>
          <w:rFonts w:asciiTheme="majorHAnsi" w:eastAsiaTheme="majorEastAsia" w:hAnsiTheme="majorHAnsi" w:cstheme="majorBidi"/>
          <w:sz w:val="28"/>
          <w:szCs w:val="28"/>
        </w:rPr>
      </w:pP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Uw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proofErr w:type="spellStart"/>
      <w:r w:rsidRPr="7F416678">
        <w:rPr>
          <w:rFonts w:asciiTheme="majorHAnsi" w:eastAsiaTheme="majorEastAsia" w:hAnsiTheme="majorHAnsi" w:cstheme="majorBidi"/>
          <w:sz w:val="28"/>
          <w:szCs w:val="28"/>
        </w:rPr>
        <w:t>klacht</w:t>
      </w:r>
      <w:proofErr w:type="spellEnd"/>
      <w:r w:rsidRPr="7F416678">
        <w:rPr>
          <w:rFonts w:asciiTheme="majorHAnsi" w:eastAsiaTheme="majorEastAsia" w:hAnsiTheme="majorHAnsi" w:cstheme="majorBidi"/>
          <w:sz w:val="28"/>
          <w:szCs w:val="28"/>
        </w:rPr>
        <w:t xml:space="preserve">: </w:t>
      </w:r>
    </w:p>
    <w:p w14:paraId="764AD068" w14:textId="75D28B89" w:rsidR="00CC22D6" w:rsidRDefault="00CC22D6" w:rsidP="005B0B51"/>
    <w:sectPr w:rsidR="00CC22D6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360432">
    <w:abstractNumId w:val="8"/>
  </w:num>
  <w:num w:numId="2" w16cid:durableId="2003700169">
    <w:abstractNumId w:val="6"/>
  </w:num>
  <w:num w:numId="3" w16cid:durableId="976688725">
    <w:abstractNumId w:val="5"/>
  </w:num>
  <w:num w:numId="4" w16cid:durableId="1446391602">
    <w:abstractNumId w:val="4"/>
  </w:num>
  <w:num w:numId="5" w16cid:durableId="317270792">
    <w:abstractNumId w:val="7"/>
  </w:num>
  <w:num w:numId="6" w16cid:durableId="1777018166">
    <w:abstractNumId w:val="3"/>
  </w:num>
  <w:num w:numId="7" w16cid:durableId="978195343">
    <w:abstractNumId w:val="2"/>
  </w:num>
  <w:num w:numId="8" w16cid:durableId="20328953">
    <w:abstractNumId w:val="1"/>
  </w:num>
  <w:num w:numId="9" w16cid:durableId="150689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0B51"/>
    <w:rsid w:val="00AA1D8D"/>
    <w:rsid w:val="00B47730"/>
    <w:rsid w:val="00CB0664"/>
    <w:rsid w:val="00CC22D6"/>
    <w:rsid w:val="00FC1F44"/>
    <w:rsid w:val="00FC693F"/>
    <w:rsid w:val="0A0C3AC8"/>
    <w:rsid w:val="164631FF"/>
    <w:rsid w:val="20D23A40"/>
    <w:rsid w:val="284CD625"/>
    <w:rsid w:val="2C17B00A"/>
    <w:rsid w:val="2DE2A0F3"/>
    <w:rsid w:val="2F86D3A1"/>
    <w:rsid w:val="7F1A9221"/>
    <w:rsid w:val="7F41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1EAF6FE-D9F8-4A07-B52E-ADF598C3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354</Characters>
  <Application>Microsoft Office Word</Application>
  <DocSecurity>0</DocSecurity>
  <Lines>2</Lines>
  <Paragraphs>1</Paragraphs>
  <ScaleCrop>false</ScaleCrop>
  <Manager/>
  <Company/>
  <LinksUpToDate>false</LinksUpToDate>
  <CharactersWithSpaces>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Dijkstra | Praktijkmanager Jupiter</dc:creator>
  <cp:keywords/>
  <dc:description>generated by python-docx</dc:description>
  <cp:lastModifiedBy>Petra</cp:lastModifiedBy>
  <cp:revision>3</cp:revision>
  <dcterms:created xsi:type="dcterms:W3CDTF">2026-09-15T09:03:00Z</dcterms:created>
  <dcterms:modified xsi:type="dcterms:W3CDTF">2026-09-15T11:33:00Z</dcterms:modified>
  <cp:category/>
</cp:coreProperties>
</file>